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722CB" w14:textId="77777777" w:rsidR="00FF508E" w:rsidRPr="00B42AB4" w:rsidRDefault="00FA22C6" w:rsidP="00B42AB4">
      <w:pPr>
        <w:spacing w:after="0"/>
        <w:jc w:val="center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b/>
          <w:sz w:val="20"/>
          <w:szCs w:val="20"/>
          <w:lang w:val="ru-RU"/>
        </w:rPr>
        <w:t>СОГЛАСИЕ</w:t>
      </w:r>
    </w:p>
    <w:p w14:paraId="094E77CD" w14:textId="77777777" w:rsidR="00FF508E" w:rsidRPr="00B42AB4" w:rsidRDefault="00FA22C6" w:rsidP="00B42AB4">
      <w:pPr>
        <w:spacing w:after="0"/>
        <w:jc w:val="center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b/>
          <w:sz w:val="20"/>
          <w:szCs w:val="20"/>
          <w:lang w:val="ru-RU"/>
        </w:rPr>
        <w:t>на обработку персональных данных</w:t>
      </w:r>
      <w:r w:rsidRPr="00B42AB4">
        <w:rPr>
          <w:rFonts w:cs="Times New Roman"/>
          <w:b/>
          <w:sz w:val="20"/>
          <w:szCs w:val="20"/>
          <w:lang w:val="ru-RU"/>
        </w:rPr>
        <w:br/>
        <w:t>(включая специальные категории персональных данных, касающиеся состояния здоровья)</w:t>
      </w:r>
    </w:p>
    <w:p w14:paraId="2256B3D7" w14:textId="4E71ADCF" w:rsidR="00FF508E" w:rsidRPr="00B42AB4" w:rsidRDefault="00FA22C6" w:rsidP="00B42AB4">
      <w:pPr>
        <w:spacing w:after="0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sz w:val="20"/>
          <w:szCs w:val="20"/>
          <w:lang w:val="ru-RU"/>
        </w:rPr>
        <w:t>Я, _________________________________________________________________________________________</w:t>
      </w:r>
    </w:p>
    <w:p w14:paraId="733DF3B4" w14:textId="77777777" w:rsidR="00FF508E" w:rsidRPr="00B42AB4" w:rsidRDefault="00FA22C6" w:rsidP="00B42AB4">
      <w:pPr>
        <w:spacing w:after="0"/>
        <w:jc w:val="center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i/>
          <w:sz w:val="20"/>
          <w:szCs w:val="20"/>
          <w:lang w:val="ru-RU"/>
        </w:rPr>
        <w:t>(фамилия, имя, отчество полностью)</w:t>
      </w:r>
    </w:p>
    <w:p w14:paraId="2ABB2DDD" w14:textId="77777777" w:rsidR="00FF508E" w:rsidRPr="00B42AB4" w:rsidRDefault="00FA22C6" w:rsidP="00B42AB4">
      <w:pPr>
        <w:spacing w:after="0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b/>
          <w:sz w:val="20"/>
          <w:szCs w:val="20"/>
          <w:lang w:val="ru-RU"/>
        </w:rPr>
        <w:t>Дата рождения:</w:t>
      </w:r>
      <w:r w:rsidRPr="00B42AB4">
        <w:rPr>
          <w:rFonts w:cs="Times New Roman"/>
          <w:sz w:val="20"/>
          <w:szCs w:val="20"/>
          <w:lang w:val="ru-RU"/>
        </w:rPr>
        <w:t xml:space="preserve"> ______________________________</w:t>
      </w:r>
    </w:p>
    <w:p w14:paraId="69DB394B" w14:textId="2FA78068" w:rsidR="00FF508E" w:rsidRPr="00B42AB4" w:rsidRDefault="00FA22C6" w:rsidP="00B42AB4">
      <w:pPr>
        <w:spacing w:after="0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b/>
          <w:sz w:val="20"/>
          <w:szCs w:val="20"/>
          <w:lang w:val="ru-RU"/>
        </w:rPr>
        <w:t>Адрес места жительства (регистрации / фактического проживания):</w:t>
      </w:r>
      <w:r w:rsidRPr="00B42AB4">
        <w:rPr>
          <w:rFonts w:cs="Times New Roman"/>
          <w:sz w:val="20"/>
          <w:szCs w:val="20"/>
          <w:lang w:val="ru-RU"/>
        </w:rPr>
        <w:t xml:space="preserve"> _________________________</w:t>
      </w:r>
      <w:r w:rsidR="00B42AB4" w:rsidRPr="00B42AB4">
        <w:rPr>
          <w:rFonts w:cs="Times New Roman"/>
          <w:sz w:val="20"/>
          <w:szCs w:val="20"/>
          <w:lang w:val="ru-RU"/>
        </w:rPr>
        <w:t>____</w:t>
      </w:r>
    </w:p>
    <w:p w14:paraId="1A31F36D" w14:textId="54A140A2" w:rsidR="00FF508E" w:rsidRPr="00B42AB4" w:rsidRDefault="00FA22C6" w:rsidP="00B42AB4">
      <w:pPr>
        <w:spacing w:after="0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b/>
          <w:sz w:val="20"/>
          <w:szCs w:val="20"/>
          <w:lang w:val="ru-RU"/>
        </w:rPr>
        <w:t>Документ, удостоверяющий личность: серия ____ № ________, выдан</w:t>
      </w:r>
      <w:r w:rsidRPr="00B42AB4">
        <w:rPr>
          <w:rFonts w:cs="Times New Roman"/>
          <w:sz w:val="20"/>
          <w:szCs w:val="20"/>
          <w:lang w:val="ru-RU"/>
        </w:rPr>
        <w:t xml:space="preserve"> ____________________________</w:t>
      </w:r>
    </w:p>
    <w:p w14:paraId="095455C6" w14:textId="77777777" w:rsidR="00FF508E" w:rsidRPr="00B42AB4" w:rsidRDefault="00FA22C6" w:rsidP="00B42AB4">
      <w:pPr>
        <w:spacing w:after="0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b/>
          <w:sz w:val="20"/>
          <w:szCs w:val="20"/>
          <w:lang w:val="ru-RU"/>
        </w:rPr>
        <w:t>Дата выдачи документа:</w:t>
      </w:r>
      <w:r w:rsidRPr="00B42AB4">
        <w:rPr>
          <w:rFonts w:cs="Times New Roman"/>
          <w:sz w:val="20"/>
          <w:szCs w:val="20"/>
          <w:lang w:val="ru-RU"/>
        </w:rPr>
        <w:t xml:space="preserve"> ____________________________</w:t>
      </w:r>
    </w:p>
    <w:p w14:paraId="036B30C0" w14:textId="77777777" w:rsidR="00FF508E" w:rsidRPr="00B42AB4" w:rsidRDefault="00FA22C6" w:rsidP="00B42AB4">
      <w:pPr>
        <w:spacing w:after="0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b/>
          <w:sz w:val="20"/>
          <w:szCs w:val="20"/>
          <w:lang w:val="ru-RU"/>
        </w:rPr>
        <w:t>Телефон:</w:t>
      </w:r>
      <w:r w:rsidRPr="00B42AB4">
        <w:rPr>
          <w:rFonts w:cs="Times New Roman"/>
          <w:sz w:val="20"/>
          <w:szCs w:val="20"/>
          <w:lang w:val="ru-RU"/>
        </w:rPr>
        <w:t xml:space="preserve"> ___________________________________</w:t>
      </w:r>
    </w:p>
    <w:p w14:paraId="4239E27B" w14:textId="77777777" w:rsidR="00FF508E" w:rsidRPr="00B42AB4" w:rsidRDefault="00FA22C6" w:rsidP="00B42AB4">
      <w:pPr>
        <w:spacing w:after="0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b/>
          <w:sz w:val="20"/>
          <w:szCs w:val="20"/>
          <w:lang w:val="ru-RU"/>
        </w:rPr>
        <w:t>Адрес электронной почты:</w:t>
      </w:r>
      <w:r w:rsidRPr="00B42AB4">
        <w:rPr>
          <w:rFonts w:cs="Times New Roman"/>
          <w:sz w:val="20"/>
          <w:szCs w:val="20"/>
          <w:lang w:val="ru-RU"/>
        </w:rPr>
        <w:t xml:space="preserve"> ___________________________________</w:t>
      </w:r>
    </w:p>
    <w:p w14:paraId="41B27362" w14:textId="77777777" w:rsidR="00FF508E" w:rsidRPr="00B42AB4" w:rsidRDefault="00FA22C6" w:rsidP="00B42AB4">
      <w:pPr>
        <w:spacing w:after="0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b/>
          <w:sz w:val="20"/>
          <w:szCs w:val="20"/>
          <w:lang w:val="ru-RU"/>
        </w:rPr>
        <w:t>Если согласие дает законный представитель / представитель субъекта персональных данных:</w:t>
      </w:r>
    </w:p>
    <w:p w14:paraId="76014340" w14:textId="77777777" w:rsidR="00FF508E" w:rsidRPr="00B42AB4" w:rsidRDefault="00FA22C6" w:rsidP="00B42AB4">
      <w:pPr>
        <w:spacing w:after="0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b/>
          <w:sz w:val="20"/>
          <w:szCs w:val="20"/>
          <w:lang w:val="ru-RU"/>
        </w:rPr>
        <w:t>Ф.И.О. представителя:</w:t>
      </w:r>
      <w:r w:rsidRPr="00B42AB4">
        <w:rPr>
          <w:rFonts w:cs="Times New Roman"/>
          <w:sz w:val="20"/>
          <w:szCs w:val="20"/>
          <w:lang w:val="ru-RU"/>
        </w:rPr>
        <w:t xml:space="preserve"> _______________________________________________________</w:t>
      </w:r>
    </w:p>
    <w:p w14:paraId="297DE77C" w14:textId="77777777" w:rsidR="00FF508E" w:rsidRPr="00B42AB4" w:rsidRDefault="00FA22C6" w:rsidP="00B42AB4">
      <w:pPr>
        <w:spacing w:after="0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b/>
          <w:sz w:val="20"/>
          <w:szCs w:val="20"/>
          <w:lang w:val="ru-RU"/>
        </w:rPr>
        <w:t>Адрес представителя:</w:t>
      </w:r>
      <w:r w:rsidRPr="00B42AB4">
        <w:rPr>
          <w:rFonts w:cs="Times New Roman"/>
          <w:sz w:val="20"/>
          <w:szCs w:val="20"/>
          <w:lang w:val="ru-RU"/>
        </w:rPr>
        <w:t xml:space="preserve"> __________________________________________________________</w:t>
      </w:r>
    </w:p>
    <w:p w14:paraId="5E2655FD" w14:textId="50A8A68E" w:rsidR="00FF508E" w:rsidRPr="00B42AB4" w:rsidRDefault="00FA22C6" w:rsidP="00B42AB4">
      <w:pPr>
        <w:spacing w:after="0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b/>
          <w:sz w:val="20"/>
          <w:szCs w:val="20"/>
          <w:lang w:val="ru-RU"/>
        </w:rPr>
        <w:t>Документ, удостоверяющий личность представителя:</w:t>
      </w:r>
      <w:r w:rsidRPr="00B42AB4">
        <w:rPr>
          <w:rFonts w:cs="Times New Roman"/>
          <w:sz w:val="20"/>
          <w:szCs w:val="20"/>
          <w:lang w:val="ru-RU"/>
        </w:rPr>
        <w:t xml:space="preserve"> _________________________________________</w:t>
      </w:r>
    </w:p>
    <w:p w14:paraId="2B5D34CB" w14:textId="49BB3889" w:rsidR="00FF508E" w:rsidRPr="00B42AB4" w:rsidRDefault="00FA22C6" w:rsidP="00B42AB4">
      <w:pPr>
        <w:spacing w:after="0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b/>
          <w:sz w:val="20"/>
          <w:szCs w:val="20"/>
          <w:lang w:val="ru-RU"/>
        </w:rPr>
        <w:t>Документ, подтверждающий полномочия представителя (вид, реквизиты):</w:t>
      </w:r>
      <w:r w:rsidRPr="00B42AB4">
        <w:rPr>
          <w:rFonts w:cs="Times New Roman"/>
          <w:sz w:val="20"/>
          <w:szCs w:val="20"/>
          <w:lang w:val="ru-RU"/>
        </w:rPr>
        <w:t xml:space="preserve"> ______________________</w:t>
      </w:r>
    </w:p>
    <w:p w14:paraId="31BF0A91" w14:textId="77777777" w:rsidR="00FF508E" w:rsidRPr="00B42AB4" w:rsidRDefault="00FA22C6" w:rsidP="00B42AB4">
      <w:pPr>
        <w:spacing w:after="0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b/>
          <w:sz w:val="20"/>
          <w:szCs w:val="20"/>
          <w:lang w:val="ru-RU"/>
        </w:rPr>
        <w:t>Оператор персональных данных:</w:t>
      </w:r>
    </w:p>
    <w:p w14:paraId="090526B5" w14:textId="493D048A" w:rsidR="00FF508E" w:rsidRPr="00B42AB4" w:rsidRDefault="00FA22C6" w:rsidP="00B42AB4">
      <w:pPr>
        <w:spacing w:after="0"/>
        <w:rPr>
          <w:rFonts w:cs="Times New Roman"/>
          <w:sz w:val="20"/>
          <w:szCs w:val="20"/>
          <w:lang w:val="ru-RU"/>
        </w:rPr>
      </w:pPr>
      <w:r w:rsidRPr="0009370D">
        <w:rPr>
          <w:rFonts w:cs="Times New Roman"/>
          <w:b/>
          <w:sz w:val="20"/>
          <w:szCs w:val="20"/>
          <w:highlight w:val="yellow"/>
          <w:lang w:val="ru-RU"/>
        </w:rPr>
        <w:t>Полное наименование медицинской организации:</w:t>
      </w:r>
      <w:r w:rsidRPr="00B42AB4">
        <w:rPr>
          <w:rFonts w:cs="Times New Roman"/>
          <w:sz w:val="20"/>
          <w:szCs w:val="20"/>
          <w:lang w:val="ru-RU"/>
        </w:rPr>
        <w:t xml:space="preserve"> </w:t>
      </w:r>
      <w:r w:rsidR="00247651">
        <w:rPr>
          <w:rFonts w:cs="Times New Roman"/>
          <w:sz w:val="20"/>
          <w:szCs w:val="20"/>
          <w:lang w:val="ru-RU"/>
        </w:rPr>
        <w:t>Общество с ограниченной ответственностью «Мать и дитя»</w:t>
      </w:r>
    </w:p>
    <w:p w14:paraId="25AAB2EA" w14:textId="62E6A245" w:rsidR="00FF508E" w:rsidRPr="00B42AB4" w:rsidRDefault="00FA22C6" w:rsidP="00B42AB4">
      <w:pPr>
        <w:spacing w:after="0"/>
        <w:rPr>
          <w:rFonts w:cs="Times New Roman"/>
          <w:sz w:val="20"/>
          <w:szCs w:val="20"/>
          <w:lang w:val="ru-RU"/>
        </w:rPr>
      </w:pPr>
      <w:r w:rsidRPr="0009370D">
        <w:rPr>
          <w:rFonts w:cs="Times New Roman"/>
          <w:b/>
          <w:sz w:val="20"/>
          <w:szCs w:val="20"/>
          <w:highlight w:val="yellow"/>
          <w:lang w:val="ru-RU"/>
        </w:rPr>
        <w:t>Адрес места нахождения Оператора:</w:t>
      </w:r>
      <w:r w:rsidRPr="00B42AB4">
        <w:rPr>
          <w:rFonts w:cs="Times New Roman"/>
          <w:sz w:val="20"/>
          <w:szCs w:val="20"/>
          <w:lang w:val="ru-RU"/>
        </w:rPr>
        <w:t xml:space="preserve"> </w:t>
      </w:r>
      <w:r w:rsidR="00247651" w:rsidRPr="00247651">
        <w:rPr>
          <w:rFonts w:cs="Times New Roman"/>
          <w:sz w:val="20"/>
          <w:szCs w:val="20"/>
          <w:lang w:val="ru-RU"/>
        </w:rPr>
        <w:t>398059, г. Липецк, ул. Фрунзе, дом 14, помещение №3</w:t>
      </w:r>
    </w:p>
    <w:p w14:paraId="209E8796" w14:textId="1ABDF359" w:rsidR="00FF508E" w:rsidRPr="0009370D" w:rsidRDefault="00FA22C6" w:rsidP="00B42AB4">
      <w:pPr>
        <w:spacing w:after="0"/>
        <w:rPr>
          <w:rFonts w:cs="Times New Roman"/>
          <w:sz w:val="20"/>
          <w:szCs w:val="20"/>
          <w:highlight w:val="yellow"/>
          <w:lang w:val="ru-RU"/>
        </w:rPr>
      </w:pPr>
      <w:r w:rsidRPr="0009370D">
        <w:rPr>
          <w:rFonts w:cs="Times New Roman"/>
          <w:b/>
          <w:sz w:val="20"/>
          <w:szCs w:val="20"/>
          <w:highlight w:val="yellow"/>
          <w:lang w:val="ru-RU"/>
        </w:rPr>
        <w:t>ИНН:</w:t>
      </w:r>
      <w:r w:rsidRPr="0009370D">
        <w:rPr>
          <w:rFonts w:cs="Times New Roman"/>
          <w:sz w:val="20"/>
          <w:szCs w:val="20"/>
          <w:highlight w:val="yellow"/>
          <w:lang w:val="ru-RU"/>
        </w:rPr>
        <w:t xml:space="preserve"> </w:t>
      </w:r>
      <w:r w:rsidR="00247651" w:rsidRPr="00247651">
        <w:rPr>
          <w:rFonts w:cs="Times New Roman"/>
          <w:sz w:val="20"/>
          <w:szCs w:val="20"/>
          <w:lang w:val="ru-RU"/>
        </w:rPr>
        <w:t>4826040251</w:t>
      </w:r>
    </w:p>
    <w:p w14:paraId="76FC606A" w14:textId="77777777" w:rsidR="00247651" w:rsidRDefault="00FA22C6" w:rsidP="00B42AB4">
      <w:pPr>
        <w:spacing w:after="0"/>
        <w:rPr>
          <w:rFonts w:cs="Times New Roman"/>
          <w:sz w:val="20"/>
          <w:szCs w:val="20"/>
          <w:lang w:val="ru-RU"/>
        </w:rPr>
      </w:pPr>
      <w:r w:rsidRPr="0009370D">
        <w:rPr>
          <w:rFonts w:cs="Times New Roman"/>
          <w:b/>
          <w:sz w:val="20"/>
          <w:szCs w:val="20"/>
          <w:highlight w:val="yellow"/>
          <w:lang w:val="ru-RU"/>
        </w:rPr>
        <w:t>ОГРН:</w:t>
      </w:r>
      <w:r w:rsidRPr="0009370D">
        <w:rPr>
          <w:rFonts w:cs="Times New Roman"/>
          <w:sz w:val="20"/>
          <w:szCs w:val="20"/>
          <w:highlight w:val="yellow"/>
          <w:lang w:val="ru-RU"/>
        </w:rPr>
        <w:t xml:space="preserve"> </w:t>
      </w:r>
      <w:r w:rsidR="00247651" w:rsidRPr="00247651">
        <w:rPr>
          <w:rFonts w:cs="Times New Roman"/>
          <w:sz w:val="20"/>
          <w:szCs w:val="20"/>
          <w:lang w:val="ru-RU"/>
        </w:rPr>
        <w:t>1034800566525</w:t>
      </w:r>
    </w:p>
    <w:p w14:paraId="1273699C" w14:textId="509ECBC7" w:rsidR="00FF508E" w:rsidRPr="00B42AB4" w:rsidRDefault="00FA22C6" w:rsidP="00B42AB4">
      <w:pPr>
        <w:spacing w:after="0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sz w:val="20"/>
          <w:szCs w:val="20"/>
          <w:lang w:val="ru-RU"/>
        </w:rPr>
        <w:t>Настоящим, действуя свободно, своей волей и в своем интересе, конкретно, предметно, информированно, сознательно и однозначно, даю указанному выше Оператору согласие на обработку моих персональных данных в объеме и для целей, указанных в настоящем согласии.</w:t>
      </w:r>
    </w:p>
    <w:p w14:paraId="70A737F2" w14:textId="77777777" w:rsidR="00FF508E" w:rsidRPr="00B42AB4" w:rsidRDefault="00FA22C6" w:rsidP="00B42AB4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0"/>
        </w:rPr>
      </w:pPr>
      <w:r w:rsidRPr="00B42AB4">
        <w:rPr>
          <w:rFonts w:ascii="Times New Roman" w:hAnsi="Times New Roman" w:cs="Times New Roman"/>
          <w:color w:val="auto"/>
          <w:sz w:val="20"/>
          <w:szCs w:val="20"/>
        </w:rPr>
        <w:t>1. Цели обработки персональных данных</w:t>
      </w:r>
    </w:p>
    <w:p w14:paraId="5A1A3A8B" w14:textId="77777777" w:rsidR="00FF508E" w:rsidRPr="00B42AB4" w:rsidRDefault="00FA22C6" w:rsidP="00B42AB4">
      <w:pPr>
        <w:pStyle w:val="a0"/>
        <w:spacing w:after="0"/>
        <w:ind w:left="312" w:hanging="142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sz w:val="20"/>
          <w:szCs w:val="20"/>
          <w:lang w:val="ru-RU"/>
        </w:rPr>
        <w:t>идентификация пациента, регистрация обращения, запись на прием и организация взаимодействия с пациентом;</w:t>
      </w:r>
    </w:p>
    <w:p w14:paraId="3B44DB9C" w14:textId="77777777" w:rsidR="00FF508E" w:rsidRPr="00B42AB4" w:rsidRDefault="00FA22C6" w:rsidP="00B42AB4">
      <w:pPr>
        <w:pStyle w:val="a0"/>
        <w:spacing w:after="0"/>
        <w:ind w:left="312" w:hanging="142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sz w:val="20"/>
          <w:szCs w:val="20"/>
          <w:lang w:val="ru-RU"/>
        </w:rPr>
        <w:t>заключение, исполнение, изменение и прекращение договора на оказание платных медицинских услуг, а также оформление документов, связанных с его исполнением;</w:t>
      </w:r>
    </w:p>
    <w:p w14:paraId="5BA9C5D7" w14:textId="77777777" w:rsidR="00FF508E" w:rsidRPr="00B42AB4" w:rsidRDefault="00FA22C6" w:rsidP="00B42AB4">
      <w:pPr>
        <w:pStyle w:val="a0"/>
        <w:spacing w:after="0"/>
        <w:ind w:left="312" w:hanging="142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sz w:val="20"/>
          <w:szCs w:val="20"/>
          <w:lang w:val="ru-RU"/>
        </w:rPr>
        <w:t>организация и оказание медицинской помощи, проведение медицинских осмотров, обследований, диагностики, лечения, профилактических и иных медицинских мероприятий в пределах лицензии Оператора;</w:t>
      </w:r>
    </w:p>
    <w:p w14:paraId="1B179E9A" w14:textId="77777777" w:rsidR="00FF508E" w:rsidRPr="00B42AB4" w:rsidRDefault="00FA22C6" w:rsidP="00B42AB4">
      <w:pPr>
        <w:pStyle w:val="a0"/>
        <w:spacing w:after="0"/>
        <w:ind w:left="312" w:hanging="142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sz w:val="20"/>
          <w:szCs w:val="20"/>
          <w:lang w:val="ru-RU"/>
        </w:rPr>
        <w:t>ведение, учет, хранение и использование медицинской документации, в том числе в электронной форме, в соответствии с законодательством Российской Федерации;</w:t>
      </w:r>
    </w:p>
    <w:p w14:paraId="742C3715" w14:textId="77777777" w:rsidR="00FF508E" w:rsidRPr="00B42AB4" w:rsidRDefault="00FA22C6" w:rsidP="00B42AB4">
      <w:pPr>
        <w:pStyle w:val="a0"/>
        <w:spacing w:after="0"/>
        <w:ind w:left="312" w:hanging="142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sz w:val="20"/>
          <w:szCs w:val="20"/>
          <w:lang w:val="ru-RU"/>
        </w:rPr>
        <w:t>информирование пациента о записи на прием, изменении времени приема, готовности результатов исследований, необходимости явки и иных обстоятельствах, непосредственно связанных с оказанием медицинских услуг;</w:t>
      </w:r>
    </w:p>
    <w:p w14:paraId="5F4A2939" w14:textId="77777777" w:rsidR="00FF508E" w:rsidRPr="00B42AB4" w:rsidRDefault="00FA22C6" w:rsidP="00B42AB4">
      <w:pPr>
        <w:pStyle w:val="a0"/>
        <w:spacing w:after="0"/>
        <w:ind w:left="312" w:hanging="142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sz w:val="20"/>
          <w:szCs w:val="20"/>
          <w:lang w:val="ru-RU"/>
        </w:rPr>
        <w:t>осуществление расчетов, кассовых операций, бухгалтерского и налогового учета, оформление справок, актов, чеков и иных документов, предусмотренных законодательством Российской Федерации;</w:t>
      </w:r>
    </w:p>
    <w:p w14:paraId="3B1C4EA4" w14:textId="77777777" w:rsidR="00FF508E" w:rsidRPr="00B42AB4" w:rsidRDefault="00FA22C6" w:rsidP="00B42AB4">
      <w:pPr>
        <w:pStyle w:val="a0"/>
        <w:spacing w:after="0"/>
        <w:ind w:left="312" w:hanging="142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sz w:val="20"/>
          <w:szCs w:val="20"/>
          <w:lang w:val="ru-RU"/>
        </w:rPr>
        <w:t>рассмотрение обращений, заявлений, жалоб и претензий пациента, проведение внутреннего контроля качества и безопасности медицинской деятельности;</w:t>
      </w:r>
    </w:p>
    <w:p w14:paraId="4801C8BD" w14:textId="77777777" w:rsidR="00FF508E" w:rsidRPr="00B42AB4" w:rsidRDefault="00FA22C6" w:rsidP="00B42AB4">
      <w:pPr>
        <w:pStyle w:val="a0"/>
        <w:spacing w:after="0"/>
        <w:ind w:left="312" w:hanging="142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sz w:val="20"/>
          <w:szCs w:val="20"/>
          <w:lang w:val="ru-RU"/>
        </w:rPr>
        <w:t>исполнение обязанностей медицинской организации, установленных законодательством Российской Федерации, включая предоставление сведений в государственные информационные системы в сфере здравоохранения, государственные органы и иным лицам в случаях и объеме, прямо предусмотренных законом.</w:t>
      </w:r>
    </w:p>
    <w:p w14:paraId="077EC85D" w14:textId="77777777" w:rsidR="00FF508E" w:rsidRPr="00B42AB4" w:rsidRDefault="00FA22C6" w:rsidP="00B42AB4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B42AB4">
        <w:rPr>
          <w:rFonts w:ascii="Times New Roman" w:hAnsi="Times New Roman" w:cs="Times New Roman"/>
          <w:color w:val="auto"/>
          <w:sz w:val="20"/>
          <w:szCs w:val="20"/>
          <w:lang w:val="ru-RU"/>
        </w:rPr>
        <w:t>2. Перечень персональных данных</w:t>
      </w:r>
    </w:p>
    <w:p w14:paraId="25D95920" w14:textId="77777777" w:rsidR="00FF508E" w:rsidRPr="00B42AB4" w:rsidRDefault="00FA22C6" w:rsidP="00B42AB4">
      <w:pPr>
        <w:spacing w:after="0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b/>
          <w:sz w:val="20"/>
          <w:szCs w:val="20"/>
          <w:lang w:val="ru-RU"/>
        </w:rPr>
        <w:t>2.1. Обычные персональные данные:</w:t>
      </w:r>
    </w:p>
    <w:p w14:paraId="1E3CE317" w14:textId="77777777" w:rsidR="00FF508E" w:rsidRPr="00B42AB4" w:rsidRDefault="00FA22C6" w:rsidP="00B42AB4">
      <w:pPr>
        <w:pStyle w:val="a0"/>
        <w:spacing w:after="0"/>
        <w:ind w:left="312" w:hanging="142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sz w:val="20"/>
          <w:szCs w:val="20"/>
          <w:lang w:val="ru-RU"/>
        </w:rPr>
        <w:t>фамилия, имя, отчество (при наличии);</w:t>
      </w:r>
    </w:p>
    <w:p w14:paraId="20E0A141" w14:textId="77777777" w:rsidR="00FF508E" w:rsidRPr="00B42AB4" w:rsidRDefault="00FA22C6" w:rsidP="00B42AB4">
      <w:pPr>
        <w:pStyle w:val="a0"/>
        <w:spacing w:after="0"/>
        <w:ind w:left="312" w:hanging="142"/>
        <w:rPr>
          <w:rFonts w:cs="Times New Roman"/>
          <w:sz w:val="20"/>
          <w:szCs w:val="20"/>
        </w:rPr>
      </w:pPr>
      <w:r w:rsidRPr="00B42AB4">
        <w:rPr>
          <w:rFonts w:cs="Times New Roman"/>
          <w:sz w:val="20"/>
          <w:szCs w:val="20"/>
        </w:rPr>
        <w:t>дата и место рождения;</w:t>
      </w:r>
    </w:p>
    <w:p w14:paraId="6497016B" w14:textId="77777777" w:rsidR="00FF508E" w:rsidRPr="00B42AB4" w:rsidRDefault="00FA22C6" w:rsidP="00B42AB4">
      <w:pPr>
        <w:pStyle w:val="a0"/>
        <w:spacing w:after="0"/>
        <w:ind w:left="312" w:hanging="142"/>
        <w:rPr>
          <w:rFonts w:cs="Times New Roman"/>
          <w:sz w:val="20"/>
          <w:szCs w:val="20"/>
        </w:rPr>
      </w:pPr>
      <w:r w:rsidRPr="00B42AB4">
        <w:rPr>
          <w:rFonts w:cs="Times New Roman"/>
          <w:sz w:val="20"/>
          <w:szCs w:val="20"/>
        </w:rPr>
        <w:t>пол;</w:t>
      </w:r>
    </w:p>
    <w:p w14:paraId="101E58AA" w14:textId="77777777" w:rsidR="00FF508E" w:rsidRPr="00B42AB4" w:rsidRDefault="00FA22C6" w:rsidP="00B42AB4">
      <w:pPr>
        <w:pStyle w:val="a0"/>
        <w:spacing w:after="0"/>
        <w:ind w:left="312" w:hanging="142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sz w:val="20"/>
          <w:szCs w:val="20"/>
          <w:lang w:val="ru-RU"/>
        </w:rPr>
        <w:t>гражданство — при наличии необходимости для оказания услуг или исполнения требований законодательства;</w:t>
      </w:r>
    </w:p>
    <w:p w14:paraId="773C2FB8" w14:textId="77777777" w:rsidR="00FF508E" w:rsidRPr="00B42AB4" w:rsidRDefault="00FA22C6" w:rsidP="00B42AB4">
      <w:pPr>
        <w:pStyle w:val="a0"/>
        <w:spacing w:after="0"/>
        <w:ind w:left="312" w:hanging="142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sz w:val="20"/>
          <w:szCs w:val="20"/>
          <w:lang w:val="ru-RU"/>
        </w:rPr>
        <w:t>адрес регистрации и адрес фактического проживания;</w:t>
      </w:r>
    </w:p>
    <w:p w14:paraId="5AFFAE5D" w14:textId="77777777" w:rsidR="00FF508E" w:rsidRPr="00B42AB4" w:rsidRDefault="00FA22C6" w:rsidP="00B42AB4">
      <w:pPr>
        <w:pStyle w:val="a0"/>
        <w:spacing w:after="0"/>
        <w:ind w:left="312" w:hanging="142"/>
        <w:rPr>
          <w:rFonts w:cs="Times New Roman"/>
          <w:sz w:val="20"/>
          <w:szCs w:val="20"/>
        </w:rPr>
      </w:pPr>
      <w:r w:rsidRPr="00B42AB4">
        <w:rPr>
          <w:rFonts w:cs="Times New Roman"/>
          <w:sz w:val="20"/>
          <w:szCs w:val="20"/>
        </w:rPr>
        <w:t>реквизиты документа, удостоверяющего личность;</w:t>
      </w:r>
    </w:p>
    <w:p w14:paraId="1DD0FDD4" w14:textId="77777777" w:rsidR="00FF508E" w:rsidRPr="00B42AB4" w:rsidRDefault="00FA22C6" w:rsidP="00B42AB4">
      <w:pPr>
        <w:pStyle w:val="a0"/>
        <w:spacing w:after="0"/>
        <w:ind w:left="312" w:hanging="142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sz w:val="20"/>
          <w:szCs w:val="20"/>
          <w:lang w:val="ru-RU"/>
        </w:rPr>
        <w:t>номер телефона, адрес электронной почты;</w:t>
      </w:r>
    </w:p>
    <w:p w14:paraId="75A671E6" w14:textId="77777777" w:rsidR="00FF508E" w:rsidRPr="00B42AB4" w:rsidRDefault="00FA22C6" w:rsidP="00B42AB4">
      <w:pPr>
        <w:pStyle w:val="a0"/>
        <w:spacing w:after="0"/>
        <w:ind w:left="312" w:hanging="142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sz w:val="20"/>
          <w:szCs w:val="20"/>
          <w:lang w:val="ru-RU"/>
        </w:rPr>
        <w:t>СНИЛС, реквизиты полиса ОМС / ДМС, ИНН — если такие сведения предоставляются субъектом и необходимы для конкретной цели обработки;</w:t>
      </w:r>
    </w:p>
    <w:p w14:paraId="0D6C7420" w14:textId="77777777" w:rsidR="00FF508E" w:rsidRPr="00B42AB4" w:rsidRDefault="00FA22C6" w:rsidP="00B42AB4">
      <w:pPr>
        <w:pStyle w:val="a0"/>
        <w:spacing w:after="0"/>
        <w:ind w:left="312" w:hanging="142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sz w:val="20"/>
          <w:szCs w:val="20"/>
          <w:lang w:val="ru-RU"/>
        </w:rPr>
        <w:t>сведения о законном представителе / представителе и документах, подтверждающих его полномочия;</w:t>
      </w:r>
    </w:p>
    <w:p w14:paraId="14AFB4F0" w14:textId="77777777" w:rsidR="00FF508E" w:rsidRPr="00B42AB4" w:rsidRDefault="00FA22C6" w:rsidP="00B42AB4">
      <w:pPr>
        <w:pStyle w:val="a0"/>
        <w:spacing w:after="0"/>
        <w:ind w:left="312" w:hanging="142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sz w:val="20"/>
          <w:szCs w:val="20"/>
          <w:lang w:val="ru-RU"/>
        </w:rPr>
        <w:t>сведения о заключенном договоре, оказанных услугах, расчетах и выданных документах.</w:t>
      </w:r>
    </w:p>
    <w:p w14:paraId="33BD0F57" w14:textId="77777777" w:rsidR="00FF508E" w:rsidRPr="00B42AB4" w:rsidRDefault="00FA22C6" w:rsidP="00B42AB4">
      <w:pPr>
        <w:spacing w:after="0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b/>
          <w:sz w:val="20"/>
          <w:szCs w:val="20"/>
          <w:lang w:val="ru-RU"/>
        </w:rPr>
        <w:t>2.2. Специальные категории персональных данных, касающиеся состояния здоровья:</w:t>
      </w:r>
    </w:p>
    <w:p w14:paraId="77024043" w14:textId="77777777" w:rsidR="00FF508E" w:rsidRPr="00B42AB4" w:rsidRDefault="00FA22C6" w:rsidP="00B42AB4">
      <w:pPr>
        <w:pStyle w:val="a0"/>
        <w:spacing w:after="0"/>
        <w:ind w:left="312" w:hanging="142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sz w:val="20"/>
          <w:szCs w:val="20"/>
          <w:lang w:val="ru-RU"/>
        </w:rPr>
        <w:t>сведения о факте обращения за медицинской помощью;</w:t>
      </w:r>
    </w:p>
    <w:p w14:paraId="2C684B5E" w14:textId="77777777" w:rsidR="00FF508E" w:rsidRPr="00B42AB4" w:rsidRDefault="00FA22C6" w:rsidP="00B42AB4">
      <w:pPr>
        <w:pStyle w:val="a0"/>
        <w:spacing w:after="0"/>
        <w:ind w:left="312" w:hanging="142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sz w:val="20"/>
          <w:szCs w:val="20"/>
          <w:lang w:val="ru-RU"/>
        </w:rPr>
        <w:lastRenderedPageBreak/>
        <w:t>жалобы, анамнез, сведения о состоянии здоровья, заболеваниях и факторах риска;</w:t>
      </w:r>
    </w:p>
    <w:p w14:paraId="382026E5" w14:textId="77777777" w:rsidR="00FF508E" w:rsidRPr="00B42AB4" w:rsidRDefault="00FA22C6" w:rsidP="00B42AB4">
      <w:pPr>
        <w:pStyle w:val="a0"/>
        <w:spacing w:after="0"/>
        <w:ind w:left="312" w:hanging="142"/>
        <w:rPr>
          <w:rFonts w:cs="Times New Roman"/>
          <w:sz w:val="20"/>
          <w:szCs w:val="20"/>
        </w:rPr>
      </w:pPr>
      <w:r w:rsidRPr="00B42AB4">
        <w:rPr>
          <w:rFonts w:cs="Times New Roman"/>
          <w:sz w:val="20"/>
          <w:szCs w:val="20"/>
        </w:rPr>
        <w:t>предварительные и окончательные диагнозы;</w:t>
      </w:r>
    </w:p>
    <w:p w14:paraId="4480FF8D" w14:textId="77777777" w:rsidR="00FF508E" w:rsidRPr="00B42AB4" w:rsidRDefault="00FA22C6" w:rsidP="00B42AB4">
      <w:pPr>
        <w:pStyle w:val="a0"/>
        <w:spacing w:after="0"/>
        <w:ind w:left="312" w:hanging="142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sz w:val="20"/>
          <w:szCs w:val="20"/>
          <w:lang w:val="ru-RU"/>
        </w:rPr>
        <w:t>результаты осмотров, консультаций, лабораторных, инструментальных и иных исследований;</w:t>
      </w:r>
    </w:p>
    <w:p w14:paraId="23D88E54" w14:textId="77777777" w:rsidR="00FF508E" w:rsidRPr="00B42AB4" w:rsidRDefault="00FA22C6" w:rsidP="00B42AB4">
      <w:pPr>
        <w:pStyle w:val="a0"/>
        <w:spacing w:after="0"/>
        <w:ind w:left="312" w:hanging="142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sz w:val="20"/>
          <w:szCs w:val="20"/>
          <w:lang w:val="ru-RU"/>
        </w:rPr>
        <w:t>сведения о назначениях, лечении, медицинских вмешательствах, лекарственных препаратах и медицинских изделиях;</w:t>
      </w:r>
    </w:p>
    <w:p w14:paraId="45D8F8A5" w14:textId="77777777" w:rsidR="00FF508E" w:rsidRPr="00B42AB4" w:rsidRDefault="00FA22C6" w:rsidP="00B42AB4">
      <w:pPr>
        <w:pStyle w:val="a0"/>
        <w:spacing w:after="0"/>
        <w:ind w:left="312" w:hanging="142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sz w:val="20"/>
          <w:szCs w:val="20"/>
          <w:lang w:val="ru-RU"/>
        </w:rPr>
        <w:t>медицинские заключения, выписки, протоколы, изображения и иные сведения, содержащиеся в медицинской документации и необходимые для оказания медицинской помощи.</w:t>
      </w:r>
    </w:p>
    <w:p w14:paraId="177B0756" w14:textId="77777777" w:rsidR="00FF508E" w:rsidRPr="00B42AB4" w:rsidRDefault="00FA22C6" w:rsidP="00B42AB4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B42AB4">
        <w:rPr>
          <w:rFonts w:ascii="Times New Roman" w:hAnsi="Times New Roman" w:cs="Times New Roman"/>
          <w:color w:val="auto"/>
          <w:sz w:val="20"/>
          <w:szCs w:val="20"/>
          <w:lang w:val="ru-RU"/>
        </w:rPr>
        <w:t>3. Действия с персональными данными и способы обработки</w:t>
      </w:r>
    </w:p>
    <w:p w14:paraId="65D51E45" w14:textId="77777777" w:rsidR="00FF508E" w:rsidRPr="00B42AB4" w:rsidRDefault="00FA22C6" w:rsidP="00B42AB4">
      <w:pPr>
        <w:spacing w:after="0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sz w:val="20"/>
          <w:szCs w:val="20"/>
          <w:lang w:val="ru-RU"/>
        </w:rPr>
        <w:t>Оператор вправе осуществлять следующие действия с персональными данными: сбор, запись, систематизацию, накопление, хранение, уточнение (обновление, изменение), извлечение, использование, передачу (предоставление, доступ) в случаях, предусмотренных настоящим согласием и законодательством Российской Федерации, обезличивание, блокирование, удаление и уничтожение.</w:t>
      </w:r>
    </w:p>
    <w:p w14:paraId="3BF72777" w14:textId="77777777" w:rsidR="00FF508E" w:rsidRPr="00B42AB4" w:rsidRDefault="00FA22C6" w:rsidP="00B42AB4">
      <w:pPr>
        <w:spacing w:after="0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b/>
          <w:sz w:val="20"/>
          <w:szCs w:val="20"/>
          <w:lang w:val="ru-RU"/>
        </w:rPr>
        <w:t xml:space="preserve">Способы обработки: </w:t>
      </w:r>
      <w:r w:rsidRPr="00B42AB4">
        <w:rPr>
          <w:rFonts w:cs="Times New Roman"/>
          <w:sz w:val="20"/>
          <w:szCs w:val="20"/>
          <w:lang w:val="ru-RU"/>
        </w:rPr>
        <w:t>автоматизированная обработка, обработка без использования средств автоматизации и смешанная обработка; обработка с передачей по внутренней сети Оператора и с использованием информационно-телекоммуникационных сетей при условии соблюдения установленных законом требований к защите персональных данных.</w:t>
      </w:r>
    </w:p>
    <w:p w14:paraId="55660955" w14:textId="16231183" w:rsidR="00FF508E" w:rsidRPr="00B42AB4" w:rsidRDefault="00B42AB4" w:rsidP="00B42AB4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B42AB4">
        <w:rPr>
          <w:rFonts w:ascii="Times New Roman" w:hAnsi="Times New Roman" w:cs="Times New Roman"/>
          <w:color w:val="auto"/>
          <w:sz w:val="20"/>
          <w:szCs w:val="20"/>
          <w:lang w:val="ru-RU"/>
        </w:rPr>
        <w:t>4</w:t>
      </w:r>
      <w:r w:rsidR="00FA22C6" w:rsidRPr="00B42AB4">
        <w:rPr>
          <w:rFonts w:ascii="Times New Roman" w:hAnsi="Times New Roman" w:cs="Times New Roman"/>
          <w:color w:val="auto"/>
          <w:sz w:val="20"/>
          <w:szCs w:val="20"/>
          <w:lang w:val="ru-RU"/>
        </w:rPr>
        <w:t>. Передача персональных данных и врачебная тайна</w:t>
      </w:r>
    </w:p>
    <w:p w14:paraId="4680E070" w14:textId="77777777" w:rsidR="00FF508E" w:rsidRPr="00B42AB4" w:rsidRDefault="00FA22C6" w:rsidP="00B42AB4">
      <w:pPr>
        <w:spacing w:after="0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sz w:val="20"/>
          <w:szCs w:val="20"/>
          <w:lang w:val="ru-RU"/>
        </w:rPr>
        <w:t>Персональные данные могут предоставляться государственным органам, государственным информационным системам, страховым организациям и иным лицам только при наличии предусмотренного законом основания и в объеме, необходимом для соответствующей цели.</w:t>
      </w:r>
    </w:p>
    <w:p w14:paraId="592F0B5E" w14:textId="77777777" w:rsidR="00FF508E" w:rsidRPr="00B42AB4" w:rsidRDefault="00FA22C6" w:rsidP="00B42AB4">
      <w:pPr>
        <w:spacing w:after="0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sz w:val="20"/>
          <w:szCs w:val="20"/>
          <w:lang w:val="ru-RU"/>
        </w:rPr>
        <w:t>Сведения о факте обращения за медицинской помощью, состоянии здоровья, диагнозе и иные сведения, полученные при медицинском обследовании и лечении, составляют врачебную тайну. Настоящее согласие само по себе не является согласием на разглашение врачебной тайны конкретным третьим лицам в тех случаях, когда законодательство требует отдельного письменного согласия пациента или его законного представителя.</w:t>
      </w:r>
    </w:p>
    <w:p w14:paraId="3239E7FB" w14:textId="56536574" w:rsidR="00FF508E" w:rsidRPr="00B42AB4" w:rsidRDefault="00B42AB4" w:rsidP="00B42AB4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B42AB4">
        <w:rPr>
          <w:rFonts w:ascii="Times New Roman" w:hAnsi="Times New Roman" w:cs="Times New Roman"/>
          <w:color w:val="auto"/>
          <w:sz w:val="20"/>
          <w:szCs w:val="20"/>
          <w:lang w:val="ru-RU"/>
        </w:rPr>
        <w:t>5</w:t>
      </w:r>
      <w:r w:rsidR="00FA22C6" w:rsidRPr="00B42AB4">
        <w:rPr>
          <w:rFonts w:ascii="Times New Roman" w:hAnsi="Times New Roman" w:cs="Times New Roman"/>
          <w:color w:val="auto"/>
          <w:sz w:val="20"/>
          <w:szCs w:val="20"/>
          <w:lang w:val="ru-RU"/>
        </w:rPr>
        <w:t>. Срок действия согласия, отзыв и прекращение обработки</w:t>
      </w:r>
    </w:p>
    <w:p w14:paraId="728549BE" w14:textId="77777777" w:rsidR="00FF508E" w:rsidRPr="00B42AB4" w:rsidRDefault="00FA22C6" w:rsidP="00B42AB4">
      <w:pPr>
        <w:spacing w:after="0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sz w:val="20"/>
          <w:szCs w:val="20"/>
          <w:lang w:val="ru-RU"/>
        </w:rPr>
        <w:t>Настоящее согласие действует с даты его подписания до достижения указанных в нем целей обработки либо до его отзыва субъектом персональных данных — в зависимости от того, какое событие наступит ранее, если соответствующая обработка не может и не должна продолжаться на ином законном основании.</w:t>
      </w:r>
    </w:p>
    <w:p w14:paraId="7E6AFBC0" w14:textId="77777777" w:rsidR="00FF508E" w:rsidRPr="00B42AB4" w:rsidRDefault="00FA22C6" w:rsidP="00B42AB4">
      <w:pPr>
        <w:spacing w:after="0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sz w:val="20"/>
          <w:szCs w:val="20"/>
          <w:lang w:val="ru-RU"/>
        </w:rPr>
        <w:t>Согласие может быть отозвано путем направления Оператору письменного заявления по адресу места нахождения Оператора либо иным способом, позволяющим подтвердить факт получения отзыва Оператором.</w:t>
      </w:r>
    </w:p>
    <w:p w14:paraId="6948ED28" w14:textId="77777777" w:rsidR="00FF508E" w:rsidRPr="00B42AB4" w:rsidRDefault="00FA22C6" w:rsidP="00B42AB4">
      <w:pPr>
        <w:spacing w:after="0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sz w:val="20"/>
          <w:szCs w:val="20"/>
          <w:lang w:val="ru-RU"/>
        </w:rPr>
        <w:t>Я уведомлен(а), что после отзыва согласия Оператор вправе продолжить обработку моих персональных данных без моего согласия, если такая обработка необходима для исполнения договора, выполнения обязанностей, возложенных на Оператора законом, ведения, учета и хранения медицинской документации, либо при наличии иных оснований, предусмотренных Федеральным законом от 27.07.2006 № 152-ФЗ «О персональных данных» и иными федеральными законами.</w:t>
      </w:r>
    </w:p>
    <w:p w14:paraId="2DBF13D7" w14:textId="77777777" w:rsidR="00FF508E" w:rsidRPr="00B42AB4" w:rsidRDefault="00FA22C6" w:rsidP="00B42AB4">
      <w:pPr>
        <w:spacing w:after="0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sz w:val="20"/>
          <w:szCs w:val="20"/>
          <w:lang w:val="ru-RU"/>
        </w:rPr>
        <w:t>Персональные данные и документы, для которых законодательством Российской Федерации установлены обязательные сроки хранения, хранятся в течение таких сроков независимо от отзыва согласия.</w:t>
      </w:r>
    </w:p>
    <w:p w14:paraId="1668DFB2" w14:textId="25E42BE4" w:rsidR="00FF508E" w:rsidRPr="00B42AB4" w:rsidRDefault="00B42AB4" w:rsidP="00B42AB4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B42AB4">
        <w:rPr>
          <w:rFonts w:ascii="Times New Roman" w:hAnsi="Times New Roman" w:cs="Times New Roman"/>
          <w:color w:val="auto"/>
          <w:sz w:val="20"/>
          <w:szCs w:val="20"/>
          <w:lang w:val="ru-RU"/>
        </w:rPr>
        <w:t>6</w:t>
      </w:r>
      <w:r w:rsidR="00FA22C6" w:rsidRPr="00B42AB4">
        <w:rPr>
          <w:rFonts w:ascii="Times New Roman" w:hAnsi="Times New Roman" w:cs="Times New Roman"/>
          <w:color w:val="auto"/>
          <w:sz w:val="20"/>
          <w:szCs w:val="20"/>
          <w:lang w:val="ru-RU"/>
        </w:rPr>
        <w:t>. Подтверждение информированности</w:t>
      </w:r>
    </w:p>
    <w:p w14:paraId="505A792B" w14:textId="77777777" w:rsidR="00FF508E" w:rsidRPr="00B42AB4" w:rsidRDefault="00FA22C6" w:rsidP="00B42AB4">
      <w:pPr>
        <w:spacing w:after="0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sz w:val="20"/>
          <w:szCs w:val="20"/>
          <w:lang w:val="ru-RU"/>
        </w:rPr>
        <w:t>Мне разъяснено право получать информацию об обработке моих персональных данных, требовать их уточнения, блокирования или уничтожения при наличии предусмотренных законом оснований, а также обращаться к Оператору и в уполномоченный орган по защите прав субъектов персональных данных.</w:t>
      </w:r>
    </w:p>
    <w:p w14:paraId="39E747BB" w14:textId="77777777" w:rsidR="00FF508E" w:rsidRPr="00B42AB4" w:rsidRDefault="00FA22C6" w:rsidP="00B42AB4">
      <w:pPr>
        <w:spacing w:after="0"/>
        <w:rPr>
          <w:rFonts w:cs="Times New Roman"/>
          <w:sz w:val="20"/>
          <w:szCs w:val="20"/>
          <w:lang w:val="ru-RU"/>
        </w:rPr>
      </w:pPr>
      <w:r w:rsidRPr="00B42AB4">
        <w:rPr>
          <w:rFonts w:cs="Times New Roman"/>
          <w:sz w:val="20"/>
          <w:szCs w:val="20"/>
          <w:lang w:val="ru-RU"/>
        </w:rPr>
        <w:t>Подписывая настоящее согласие, подтверждаю, что его содержание мне понятно, перечень данных и цели их обработки определены и соответствуют моему волеизъявлению.</w:t>
      </w:r>
    </w:p>
    <w:p w14:paraId="78B793FE" w14:textId="77777777" w:rsidR="00FF508E" w:rsidRPr="00B42AB4" w:rsidRDefault="00FF508E" w:rsidP="00B42AB4">
      <w:pPr>
        <w:spacing w:after="0"/>
        <w:rPr>
          <w:rFonts w:cs="Times New Roman"/>
          <w:sz w:val="20"/>
          <w:szCs w:val="20"/>
          <w:lang w:val="ru-RU"/>
        </w:rPr>
      </w:pP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5669"/>
      </w:tblGrid>
      <w:tr w:rsidR="00FF508E" w:rsidRPr="00B42AB4" w14:paraId="4DC6C391" w14:textId="77777777">
        <w:trPr>
          <w:jc w:val="center"/>
        </w:trPr>
        <w:tc>
          <w:tcPr>
            <w:tcW w:w="340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B566EB" w14:textId="77777777" w:rsidR="00FF508E" w:rsidRPr="00B42AB4" w:rsidRDefault="00FA22C6" w:rsidP="00B42AB4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B42AB4">
              <w:rPr>
                <w:rFonts w:cs="Times New Roman"/>
                <w:sz w:val="20"/>
                <w:szCs w:val="20"/>
              </w:rPr>
              <w:t>Дата подписания</w:t>
            </w:r>
          </w:p>
        </w:tc>
        <w:tc>
          <w:tcPr>
            <w:tcW w:w="56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3A11BA" w14:textId="77777777" w:rsidR="00FF508E" w:rsidRPr="00B42AB4" w:rsidRDefault="00FA22C6" w:rsidP="00B42AB4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B42AB4">
              <w:rPr>
                <w:rFonts w:cs="Times New Roman"/>
                <w:sz w:val="20"/>
                <w:szCs w:val="20"/>
              </w:rPr>
              <w:t>«___» _____________ 20___ г.</w:t>
            </w:r>
          </w:p>
        </w:tc>
      </w:tr>
      <w:tr w:rsidR="00FF508E" w:rsidRPr="00B42AB4" w14:paraId="15FF155E" w14:textId="77777777">
        <w:trPr>
          <w:jc w:val="center"/>
        </w:trPr>
        <w:tc>
          <w:tcPr>
            <w:tcW w:w="340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4977F4" w14:textId="77777777" w:rsidR="00FF508E" w:rsidRPr="00B42AB4" w:rsidRDefault="00FA22C6" w:rsidP="00B42AB4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B42AB4">
              <w:rPr>
                <w:rFonts w:cs="Times New Roman"/>
                <w:sz w:val="20"/>
                <w:szCs w:val="20"/>
              </w:rPr>
              <w:t>Подпись субъекта / представителя</w:t>
            </w:r>
          </w:p>
        </w:tc>
        <w:tc>
          <w:tcPr>
            <w:tcW w:w="56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8BA328" w14:textId="77777777" w:rsidR="00FF508E" w:rsidRPr="00B42AB4" w:rsidRDefault="00FA22C6" w:rsidP="00B42AB4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B42AB4">
              <w:rPr>
                <w:rFonts w:cs="Times New Roman"/>
                <w:sz w:val="20"/>
                <w:szCs w:val="20"/>
              </w:rPr>
              <w:t>____________________________</w:t>
            </w:r>
          </w:p>
        </w:tc>
      </w:tr>
      <w:tr w:rsidR="00FF508E" w:rsidRPr="00B42AB4" w14:paraId="2F50D0C1" w14:textId="77777777">
        <w:trPr>
          <w:jc w:val="center"/>
        </w:trPr>
        <w:tc>
          <w:tcPr>
            <w:tcW w:w="340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E376D6" w14:textId="77777777" w:rsidR="00FF508E" w:rsidRPr="00B42AB4" w:rsidRDefault="00FA22C6" w:rsidP="00B42AB4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B42AB4">
              <w:rPr>
                <w:rFonts w:cs="Times New Roman"/>
                <w:sz w:val="20"/>
                <w:szCs w:val="20"/>
              </w:rPr>
              <w:t>Ф.И.О. полностью</w:t>
            </w:r>
          </w:p>
        </w:tc>
        <w:tc>
          <w:tcPr>
            <w:tcW w:w="56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52D8B8" w14:textId="77777777" w:rsidR="00FF508E" w:rsidRPr="00B42AB4" w:rsidRDefault="00FA22C6" w:rsidP="00B42AB4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B42AB4">
              <w:rPr>
                <w:rFonts w:cs="Times New Roman"/>
                <w:sz w:val="20"/>
                <w:szCs w:val="20"/>
              </w:rPr>
              <w:t>____________________________</w:t>
            </w:r>
          </w:p>
        </w:tc>
      </w:tr>
    </w:tbl>
    <w:p w14:paraId="4A6541A5" w14:textId="77777777" w:rsidR="00FA22C6" w:rsidRPr="00B42AB4" w:rsidRDefault="00FA22C6" w:rsidP="00B42AB4">
      <w:pPr>
        <w:spacing w:after="0"/>
        <w:rPr>
          <w:rFonts w:cs="Times New Roman"/>
          <w:sz w:val="20"/>
          <w:szCs w:val="20"/>
        </w:rPr>
      </w:pPr>
    </w:p>
    <w:sectPr w:rsidR="00FA22C6" w:rsidRPr="00B42AB4" w:rsidSect="00034616">
      <w:footerReference w:type="default" r:id="rId8"/>
      <w:pgSz w:w="12240" w:h="15840"/>
      <w:pgMar w:top="1020" w:right="907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35571" w14:textId="77777777" w:rsidR="00006837" w:rsidRDefault="00006837">
      <w:pPr>
        <w:spacing w:after="0" w:line="240" w:lineRule="auto"/>
      </w:pPr>
      <w:r>
        <w:separator/>
      </w:r>
    </w:p>
  </w:endnote>
  <w:endnote w:type="continuationSeparator" w:id="0">
    <w:p w14:paraId="4AD1B8D7" w14:textId="77777777" w:rsidR="00006837" w:rsidRDefault="00006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0B7FB" w14:textId="7ABC72DC" w:rsidR="00FF508E" w:rsidRPr="00B42AB4" w:rsidRDefault="00FF508E">
    <w:pPr>
      <w:pStyle w:val="a7"/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92019" w14:textId="77777777" w:rsidR="00006837" w:rsidRDefault="00006837">
      <w:pPr>
        <w:spacing w:after="0" w:line="240" w:lineRule="auto"/>
      </w:pPr>
      <w:r>
        <w:separator/>
      </w:r>
    </w:p>
  </w:footnote>
  <w:footnote w:type="continuationSeparator" w:id="0">
    <w:p w14:paraId="70394937" w14:textId="77777777" w:rsidR="00006837" w:rsidRDefault="000068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837"/>
    <w:rsid w:val="00034616"/>
    <w:rsid w:val="0006063C"/>
    <w:rsid w:val="0009370D"/>
    <w:rsid w:val="0015074B"/>
    <w:rsid w:val="00247651"/>
    <w:rsid w:val="0029639D"/>
    <w:rsid w:val="00326F90"/>
    <w:rsid w:val="008304F9"/>
    <w:rsid w:val="008D639C"/>
    <w:rsid w:val="00AA1D8D"/>
    <w:rsid w:val="00B42AB4"/>
    <w:rsid w:val="00B47730"/>
    <w:rsid w:val="00CB0664"/>
    <w:rsid w:val="00F03D2B"/>
    <w:rsid w:val="00FA22C6"/>
    <w:rsid w:val="00FC693F"/>
    <w:rsid w:val="00FF5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B70E36"/>
  <w14:defaultImageDpi w14:val="300"/>
  <w15:docId w15:val="{FA42A944-60F6-4521-B659-3D58E7A59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1133</Words>
  <Characters>6461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Шапранова Татьяна Александровна</cp:lastModifiedBy>
  <cp:revision>4</cp:revision>
  <dcterms:created xsi:type="dcterms:W3CDTF">2026-09-08T08:01:00Z</dcterms:created>
  <dcterms:modified xsi:type="dcterms:W3CDTF">2026-09-08T09:20:00Z</dcterms:modified>
  <cp:category/>
</cp:coreProperties>
</file>